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אמונה ושאלות בשואה – דף שיח וחשיבה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הקשבה לקולות שונים, חשיבה אישית וכתיבה רפלקטיבית בעדינות ובכבוד.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 · תיכון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https://historia-et-hachadasha.sites.tab.bot/emuna.html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דף שיח רגיש: אין תשובה נכונה אחת. מכבדים כל עמדה, והשיתוף בחירה.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כלל שיח: מקשיבים עד הסוף, בלי לקטוע ובלי לשפוט.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כלל שיח: אין תשובה נכונה או לא נכונה – יש עמדות, רגשות ושאלות.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כלל שיח: מכבדים מאמינים ומאמינות וגם מי שאינם מאמינים – אף אחד לא צריך לשכנע אף אחד.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כלל שיח: השיתוף הוא בחירה: מותר לומר "אני מוותר/ת הפעם".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כלל שיח: מה שנאמר בכיתה נשאר בכיתה.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כלל שיח: מי שמרגיש/ה צורך לצאת לרגע או לדבר עם מבוגר/ת – זה בסדר, והיועצת זמינה.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לצפות בכל הסרטונים לפני השיעור ולבחור את המתאימים לכיתה.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לא להפוך את השיעור לוויכוח "מי צודק" – המטרה היא הקשבה והבנה של מגוון תגובות.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לשים לב לתלמידים ולתלמידות מבני משפחות של ניצולים או במצב רגשי רגיש; לתאם מראש עם היועצת.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כל הציטוטים מובאים בתרגום/עיבוד חופשי – לוודא נוסח מדויק לפני הדפסה.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פרנקל – משפט מספרו המפורסם על משמעות (תרגום חופשי).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הרב ניסנבוים – "קידוש החיים": דברים המיוחסים לו בעדויות מגטו ורשה.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הרב קלונימוס קלמיש שפירא – רעיון השתתפות ה׳ בצער מדרשותיו בגטו (עיבוד).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פרימו לוי – מתוך ראיון מאוחר (עיבוד חופשי).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אמיל פקנהיים – "המצווה ה-614" (עיבוד חופשי).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לוודא: יש לצפות בסרטונים לפני השיעור ולוודא שהם מתאימים לכיתה.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כללי השיח שלנו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 – מכבדים כל עמדה.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קולות מן התקופה ואחריה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 – מכבדים כל עמדה. (תרגום חופשי מתוך ספרו על החיפוש אחר משמעות)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 – מכבדים כל עמדה. (בדברים המיוחסים לו בעדויות)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 – מכבדים כל עמדה. (עיבוד חופשי לרעיון מתוך דרשותיו שנכתבו בגטו)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 – מכבדים כל עמדה. (עיבוד חופשי לדברים שחזר עליהם בראיונות ובכתביו)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שאלות לחשיבה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 – מכבדים כל עמדה.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 – מכבדים כל עמדה.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 – מכבדים כל עמדה.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כתיבה אישית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🕯️ אמונה ושאלות בשואה – דף שיח וחשיבה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הזה אין תשובות נכונות או לא נכונות. כתבו מה שאתם חושבים ומרגישים, בכבוד לכל דעה.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כללי השיח שלנו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בחרו כלל שיח אחד מהכללים שקראנו בכיתה. למה לדעתכם הוא חשוב במיוחד בשיחה על נושא כזה?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קולות מן התקופה ואחריה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כל ציטוט (בתרגום/עיבוד חופשי) וענו על השאלה שאחריו.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“אפשר לקחת מאדם הכול – חוץ מדבר אחד: את החירות האחרונה שלו, לבחור איך להתייחס למצב שבו הוא נמצא.” — ויקטור פרנקל (1905–1997), פסיכיאטר וניצול שואה. איך הרעיון של "בחירה פנימית" יכול לעזור לאדם – מאמין או לא מאמין – בתקופה קשה?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“זוהי שעה של קידוש החיים: חובה עלינו לשמור על החיים ולהמשיך לחיות כיהודים, ולא רק להיות מוכנים למות.” — הרב יצחק ניסנבוים (1868–1942), בגטו ורשה. מה פירוש הרעיון "קידוש החיים"? למה הוא היה חשוב כל כך בגטו?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“גם בשעות החשוכות ביותר, הקב״ה כביכול אינו רחוק – הוא שותף לכאב של עמו.” — הרב קלונימוס קלמיש שפירא (1889–1943), בדרשותיו בגטו ורשה. איך רעיון כזה יכול היה לחזק מאמינים? אילו שאלות הוא משאיר פתוחות?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“לא הפסקתי לשאול, לכעוס ולהתווכח – אבל גם לא הפסקתי לפנות.” — אלי ויזל (1928–2016), סופר וניצול שואה. האם אפשר להאמין ולשאול שאלות קשות בו זמנית? מה דעתכם?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לחשיבה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עזר לאנשים לשמור על צלם אנוש ועל עולמם הפנימי בתנאים כמעט בלתי אפשריים?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אילו תגובות שונות לשאלה "איפה היה אלוהים?" שמעתם בשיעור? במה כולן מכבדות את הסבל?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האם אמונה יכולה לכלול גם שאלות, כעס ומחאה? ואם כן – איך?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כתיבה אישית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אני לוקח/ת איתי מהשיחה היום? כתבו מחשבה, תחושה או שאלה.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משפט או ציטוט שנשאר איתי: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שאלה שעדיין מעסיקה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מרגיש/ה עכשיו? (אפשר לצייר סמל)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אמונה ושאלות בשואה – דף שיח וחשיבה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