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הכנה למבחן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חזרה מסכמת לקראת המבחן על ארבעת הנושאים.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https://historia-et-hachadasha.sites.tab.bot/mivchan.html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דף הכנה למבחן – מבוסס על ארבעת נושאי המבחן באתר (נאורות, אמנציפציה, מהפכה תעשייתית, השכלה), באותו מבנה: ידע ומושגים, ציר זמן ומקור, הבנה וכתיבה.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ידע ומושגים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תנועה יהודית שקראה לשלב השכלה כללית ותרבות אירופית בחיים היהודיים.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מיון מושגים לפי נושא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ריבונות העם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האמנציפציה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'העסקה' של האמנציפציה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המהפכה התעשייתית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תנועת ההשכלה היהודית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'המאסף'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ציר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מונטסקייה מפרסם את 'רוח החוקים' – הפרדת 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ריצ'רד ארקרייט פותח מטווייה ממוכנת בקרומפורד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נפתלי הרץ ויזל מפרסם את 'דברי שלום ואמת'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ליהודים הספרדים-הפורטוגזים בצרפת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1783–1784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1848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📝 הכנה למבחן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ריבונות העם  |  'העסקה' של האמנציפציה  |  עיור  |  'המאסף'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ידע ומושגים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ההגדרה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העיקרון שהסמכות העליונה במדינה שייכת לעם ולא למלך.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צו של יוסף השני (1782) שהקל על היהודים באוסטריה ודרש מהם השתלבות בתרבות המדינה.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"מיכון"?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מעמד בעלי ההון, הסוחרים ובעלי המפעלים, שהתחזק בתקופה.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פירוש המושג "השכלה"?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כתב העת העברי הראשון של המשכילים, שהחל לצאת לאור ב-1783–1784.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מונח של ויזל לידע הכללי – מוסר, שפות, מדעים ומקצועות.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מיון מושגים לפי נושא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מושג בעמודת הנושא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'העסקה' של האמנציפציה  |  ריבונות העם  |  'המאסף'  |  עיור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עידן הנאורות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האמנציפציה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המהפכה התעשייתית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תנועת ההשכלה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ציר זמן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האירועים לפי סדר הזמן.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ליהודים הספרדים-הפורטוגזים בצרפת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נפתלי הרץ ויזל מפרסם את 'דברי שלום ואמת'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מונטסקייה מפרסם את 'רוח החוקים' – הפרדת 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ריצ'רד ארקרייט פותח מטווייה ממוכנת בקרומפורד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הנאורות הייתה במאה ה-18 באירופה.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1848: מתחיל לצאת לאור כתב העת 'המאסף'.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1783–1784: מרקס ואנגלס מפרסמים את 'המניפסט הקומוניסטי'.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נושא אחד מהמבחן וכתבו 3 משפטים: מה קרה, מתי, ומה השתנה.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הנושא שאני הכי מוכן/ה אליו: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הנושא שאחזור עליו: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לשאול את המורה לפני המבחן: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הכנה למבחן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