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הכנה למבחן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חזרה מסכמת לקראת המבחן על ארבעת הנושאים.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https://historia-et-hachadasha.sites.tab.bot/mivchan.html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דף הכנה למבחן – מבוסס על ארבעת נושאי המבחן באתר (נאורות, אמנציפציה, מהפכה תעשייתית, השכלה), באותו מבנה: ידע ומושגים, ציר זמן ומקור, הבנה וכתיבה.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פרסום 'מסה על הסובלנות' של וולטר – 1763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'שתי מסות על הממשל' של לוק – 1689 (שנת ההדפסה; על השער 1690)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שוויון ליהודי אוסטריה-הונגריה – 1867 (החוקה של דצמבר 1867)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חייו של קלרמון-טונר 1757–1792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'הצו המביש' של נפוליאון – 1808 (ל-10 שנים)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המצאת ה'ג'ני הטווה' – בסביבות 1764–1765 (פטנט 1770)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פטנט וואט – 1769; מנועים מסחריים – 1776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פטנט הנול המכני של קרטרייט – 1785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חייו של נפתלי הרץ ויזל 1725–1805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'הקיצה עמי' של יל"ג – 1863 (פורסם 1866)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'חינוך נערים' בברלין – 1778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פרסום תרגום מנדלסון 1780–1783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ידע ומושגים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היכולת האנושית לחשוב, לשפוט ולהסיק מסקנות באופן הגיוני – בסיס הידע לפי הנאורות.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מתן שוויון זכויות אזרחיות ופוליטיות לקבוצה שהייתה מופלית, כאן – ליהודים.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החלפת עבודת ידיים בעבודה של מכונות.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תנועה יהודית שקראה לשלב השכלה כללית ותרבות אירופית בחיים היהודיים.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מיון מושגים לפי נושא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עידן הנאורות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ריבונות העם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האמנציפציה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'העסקה' של האמנציפציה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המהפכה התעשייתית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עיור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תנועת ההשכלה היהודית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'המאסף'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ציר זמן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מונטסקייה מפרסם את 'רוח החוקים' – הפרדת רשויות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ריצ'רד ארקרייט פותח מטווייה ממוכנת בקרומפורד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נפתלי הרץ ויזל מפרסם את 'דברי שלום ואמת'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זכויות ליהודים הספרדים-הפורטוגזים בצרפת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1769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1825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📝 הכנה למבחן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תבונה (רציונליזם)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היכולת האנושית לחשוב, לשפוט ולהסיק מסקנות באופן הגיוני (reason)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זכויות טבעיות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⚖️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זכויות שיש לכל אדם מעצם היותו אדם, כמו הזכות לחיים, לחירות ולרכוש. (rights)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אמנציפציה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מתן שוויון זכויות אזרחיות ופוליטיות לקבוצה שהייתה מופלית, כאן (emancipation (equal rights))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אוטונומיה קהילתית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ניהול עצמי של הקהילה היהודית: בתי דין, גביית מסים ומוסדות חינוך משלה.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החלפת עבודת ידיים בעבודה של מכונות.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שיטת המפעל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ריכוז עובדים ומכונות במבנה אחד, תחת פיקוח ובשעות עבודה קבועות. (factory)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השכלה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תנועה יהודית שקראה לשלב השכלה כללית ותרבות אירופית בחיים היהודיים.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משכיל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 תנועת ההשכלה, שלמד גם לימודים כלליים ופעל להפצתם. (maskil (supporter of the Haskalah))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ידע ומושגים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ההגדרה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פירוש המושג "תבונה (רציונליזם)"?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היכולת האנושית לחשוב, לשפוט ולהסיק מסקנות באופן הגיוני – בסיס הידע לפי הנאורות.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נכונות לאפשר לבני דתות ואמונות שונות לחיות לפי דרכם בלי רדיפה.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תהליך שבו הדת מאבדת מהשפעתה על תחומי חיים כמו שלטון, מדע וחינוך.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"אמנציפציה"?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ניהול עצמי של הקהילה היהודית: בתי דין, גביית מסים ומוסדות חינוך משלה.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רובע נפרד בעיר שבו חויבו היהודים לגור, בדרך כלל מוקף חומה ושערים.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מתן שוויון זכויות אזרחיות ופוליטיות לקבוצה שהייתה מופלית, כאן – ליהודים.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"מיכון"?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שינויים בשיטות החקלאות שהגדילו את התנובה ושחררו עובדים לעבודה בתעשייה.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מעבר של אוכלוסייה מהכפר לעיר וגידול מהיר של הערים.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החלפת עבודת ידיים בעבודה של מכונות.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פירוש המושג "השכלה"?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מונח של ויזל לידע הכללי – מוסר, שפות, מדעים ומקצועות.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איש תנועת ההשכלה, שלמד גם לימודים כלליים ופעל להפצתם.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תנועה יהודית שקראה לשלב השכלה כללית ותרבות אירופית בחיים היהודיים.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מיון מושגים לפי נושא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מושג בעמודת הנושא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'העסקה' של האמנציפציה  |  עיור  |  ריבונות העם  |  'המאסף'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עידן הנאורות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האמנציפציה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המהפכה התעשייתית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תנועת ההשכלה היהודית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ציר זמן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האירועים לפי סדר הזמן.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מונטסקייה מפרסם את 'רוח החוקים' – הפרדת רשויות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נפתלי הרץ ויזל מפרסם את 'דברי שלום ואמת'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זכויות ליהודים הספרדים-הפורטוגזים בצרפת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ריצ'רד ארקרייט פותח מטווייה ממוכנת בקרומפורד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הנאורות הייתה במאה ה-18 באירופה.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אמנציפציה היא שוויון זכויות.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1780–1783: ג'יימס וואט רושם פטנט על מנוע קיטור משופר.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1783: נפתחת מסילת הברזל סטוקטון–דרלינגטון.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כותבים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נושא אחד מהמבחן וכתבו 3 משפטים: מה קרה, מתי, ומה השתנה.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הנושא שאני הכי מוכן/ה אליו: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הנושא שאחזור עליו: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לשאול את המורה לפני המבחן: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הכנה למבחן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